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CD026" w14:textId="77777777" w:rsidR="00887F8B" w:rsidRDefault="00000000">
      <w:pPr>
        <w:pStyle w:val="Titre"/>
      </w:pPr>
      <w:r>
        <w:t>Contrat de Cession de Droits d’Auteur</w:t>
      </w:r>
    </w:p>
    <w:p w14:paraId="3D5A07B7" w14:textId="77777777" w:rsidR="00887F8B" w:rsidRDefault="00000000">
      <w:r>
        <w:t>Entre les soussignés :</w:t>
      </w:r>
    </w:p>
    <w:p w14:paraId="41E6BD04" w14:textId="77777777" w:rsidR="00887F8B" w:rsidRDefault="00000000">
      <w:pPr>
        <w:pStyle w:val="Titre1"/>
      </w:pPr>
      <w:r>
        <w:t>Le CÉDANT (le créateur) :</w:t>
      </w:r>
    </w:p>
    <w:p w14:paraId="4BEE0B82" w14:textId="77777777" w:rsidR="00887F8B" w:rsidRDefault="00000000">
      <w:r>
        <w:t>Nom / Prénom :</w:t>
      </w:r>
      <w:r>
        <w:br/>
        <w:t>Adresse :</w:t>
      </w:r>
      <w:r>
        <w:br/>
        <w:t>Numéro SIRET (si applicable) :</w:t>
      </w:r>
      <w:r>
        <w:br/>
        <w:t>Ci-après dénommé "le Cédant"</w:t>
      </w:r>
    </w:p>
    <w:p w14:paraId="063C57E4" w14:textId="77777777" w:rsidR="00887F8B" w:rsidRDefault="00000000">
      <w:pPr>
        <w:pStyle w:val="Titre1"/>
      </w:pPr>
      <w:r>
        <w:t>Et</w:t>
      </w:r>
    </w:p>
    <w:p w14:paraId="54047B40" w14:textId="77777777" w:rsidR="00887F8B" w:rsidRDefault="00000000">
      <w:pPr>
        <w:pStyle w:val="Titre1"/>
      </w:pPr>
      <w:r>
        <w:t>Le CESSIONNAIRE (l’éditeur/client) :</w:t>
      </w:r>
    </w:p>
    <w:p w14:paraId="4AF933A5" w14:textId="77777777" w:rsidR="00887F8B" w:rsidRDefault="00000000">
      <w:r>
        <w:t>Nom / Raison sociale :</w:t>
      </w:r>
      <w:r>
        <w:br/>
        <w:t>Adresse :</w:t>
      </w:r>
      <w:r>
        <w:br/>
        <w:t>SIRET :</w:t>
      </w:r>
      <w:r>
        <w:br/>
        <w:t>Représenté par :</w:t>
      </w:r>
      <w:r>
        <w:br/>
        <w:t>Ci-après dénommé "le Cessionnaire"</w:t>
      </w:r>
    </w:p>
    <w:p w14:paraId="553F2246" w14:textId="77777777" w:rsidR="00887F8B" w:rsidRDefault="00000000">
      <w:pPr>
        <w:pStyle w:val="Citationintense"/>
      </w:pPr>
      <w:r>
        <w:t>IL A ÉTÉ CONVENU CE QUI SUIT :</w:t>
      </w:r>
    </w:p>
    <w:p w14:paraId="7212AF65" w14:textId="77777777" w:rsidR="00887F8B" w:rsidRDefault="00000000">
      <w:pPr>
        <w:pStyle w:val="Titre2"/>
      </w:pPr>
      <w:r>
        <w:t>Article 1 – Objet</w:t>
      </w:r>
    </w:p>
    <w:p w14:paraId="51DF98F8" w14:textId="77777777" w:rsidR="00887F8B" w:rsidRDefault="00000000">
      <w:r>
        <w:t>Le Cédant cède au Cessionnaire les droits d’exploitation des œuvres suivantes :</w:t>
      </w:r>
    </w:p>
    <w:p w14:paraId="09FC55DD" w14:textId="77777777" w:rsidR="00887F8B" w:rsidRDefault="00000000">
      <w:r>
        <w:t>[Liste ou description des photos/vidéos/illustrations concernées]</w:t>
      </w:r>
    </w:p>
    <w:p w14:paraId="3076A4C0" w14:textId="77777777" w:rsidR="00887F8B" w:rsidRDefault="00000000">
      <w:pPr>
        <w:pStyle w:val="Titre2"/>
      </w:pPr>
      <w:r>
        <w:t>Article 2 – Droits cédés</w:t>
      </w:r>
    </w:p>
    <w:p w14:paraId="529B2CB2" w14:textId="77777777" w:rsidR="00887F8B" w:rsidRDefault="00000000">
      <w:r>
        <w:t>La présente cession comprend :</w:t>
      </w:r>
    </w:p>
    <w:p w14:paraId="260E856D" w14:textId="77777777" w:rsidR="00887F8B" w:rsidRDefault="00000000">
      <w:r>
        <w:t>- Le droit de reproduction : sur tout support (web, papier, etc.).</w:t>
      </w:r>
    </w:p>
    <w:p w14:paraId="16217B7F" w14:textId="77777777" w:rsidR="00887F8B" w:rsidRDefault="00000000">
      <w:r>
        <w:t>- Le droit de représentation : diffusion publique, exposition.</w:t>
      </w:r>
    </w:p>
    <w:p w14:paraId="1D8B62E6" w14:textId="77777777" w:rsidR="00887F8B" w:rsidRDefault="00000000">
      <w:r>
        <w:t>- Le droit d’adaptation : retouche, recadrage, intégration dans des montages.</w:t>
      </w:r>
    </w:p>
    <w:p w14:paraId="075DC808" w14:textId="77777777" w:rsidR="00887F8B" w:rsidRDefault="00000000">
      <w:pPr>
        <w:pStyle w:val="Titre2"/>
      </w:pPr>
      <w:r>
        <w:t>Article 3 – Étendue de la cession</w:t>
      </w:r>
    </w:p>
    <w:p w14:paraId="33CF9068" w14:textId="77777777" w:rsidR="00887F8B" w:rsidRDefault="00000000">
      <w:r>
        <w:t>- Durée : [illimitée ou préciser la durée]</w:t>
      </w:r>
    </w:p>
    <w:p w14:paraId="3CE3B3C8" w14:textId="77777777" w:rsidR="00887F8B" w:rsidRDefault="00000000">
      <w:r>
        <w:t>- Territoire : [France, Union Européenne, Monde]</w:t>
      </w:r>
    </w:p>
    <w:p w14:paraId="0674DCDF" w14:textId="77777777" w:rsidR="00887F8B" w:rsidRDefault="00000000">
      <w:r>
        <w:lastRenderedPageBreak/>
        <w:t>- Supports autorisés : site internet, réseaux sociaux, campagnes publicitaires, supports imprimés.</w:t>
      </w:r>
    </w:p>
    <w:p w14:paraId="4C4A08FD" w14:textId="77777777" w:rsidR="00887F8B" w:rsidRDefault="00000000">
      <w:r>
        <w:t>- Exclusivité : [exclusive / non exclusive]</w:t>
      </w:r>
    </w:p>
    <w:p w14:paraId="4F47B1AB" w14:textId="77777777" w:rsidR="00887F8B" w:rsidRDefault="00000000">
      <w:pPr>
        <w:pStyle w:val="Titre2"/>
      </w:pPr>
      <w:r>
        <w:t>Article 4 – Rémunération</w:t>
      </w:r>
    </w:p>
    <w:p w14:paraId="0C77CC35" w14:textId="77777777" w:rsidR="00887F8B" w:rsidRDefault="00000000">
      <w:r>
        <w:t>Cette cession est consentie en contrepartie d’une rémunération forfaitaire de : [montant TTC]</w:t>
      </w:r>
      <w:r>
        <w:br/>
        <w:t>ou</w:t>
      </w:r>
      <w:r>
        <w:br/>
        <w:t>Cette cession est consentie à titre gratuit dans le cadre de la prestation convenue entre les parties.</w:t>
      </w:r>
    </w:p>
    <w:p w14:paraId="6AE1D3FC" w14:textId="77777777" w:rsidR="00887F8B" w:rsidRDefault="00000000">
      <w:pPr>
        <w:pStyle w:val="Titre2"/>
      </w:pPr>
      <w:r>
        <w:t>Article 5 – Garantie</w:t>
      </w:r>
    </w:p>
    <w:p w14:paraId="748E565E" w14:textId="77777777" w:rsidR="00887F8B" w:rsidRDefault="00000000">
      <w:r>
        <w:t>Le Cédant garantit être l’auteur des œuvres désignées et disposer de l’ensemble des droits nécessaires pour en effectuer la cession.</w:t>
      </w:r>
    </w:p>
    <w:p w14:paraId="13943CAD" w14:textId="77777777" w:rsidR="00887F8B" w:rsidRDefault="00000000">
      <w:pPr>
        <w:pStyle w:val="Titre2"/>
      </w:pPr>
      <w:r>
        <w:t>Article 6 – Signature</w:t>
      </w:r>
    </w:p>
    <w:p w14:paraId="38E87B4F" w14:textId="77777777" w:rsidR="00887F8B" w:rsidRDefault="00000000">
      <w:r>
        <w:t>Fait à [lieu], le [date]</w:t>
      </w:r>
    </w:p>
    <w:p w14:paraId="49CF63F5" w14:textId="77777777" w:rsidR="00887F8B" w:rsidRDefault="00000000">
      <w:r>
        <w:br/>
        <w:t>Le Cédant :                                 Le Cessionnaire :</w:t>
      </w:r>
      <w:r>
        <w:br/>
        <w:t>(signature et nom)                          (signature et nom)</w:t>
      </w:r>
    </w:p>
    <w:sectPr w:rsidR="00887F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7478452">
    <w:abstractNumId w:val="8"/>
  </w:num>
  <w:num w:numId="2" w16cid:durableId="1201280873">
    <w:abstractNumId w:val="6"/>
  </w:num>
  <w:num w:numId="3" w16cid:durableId="1465806212">
    <w:abstractNumId w:val="5"/>
  </w:num>
  <w:num w:numId="4" w16cid:durableId="1839540538">
    <w:abstractNumId w:val="4"/>
  </w:num>
  <w:num w:numId="5" w16cid:durableId="1679694508">
    <w:abstractNumId w:val="7"/>
  </w:num>
  <w:num w:numId="6" w16cid:durableId="336738339">
    <w:abstractNumId w:val="3"/>
  </w:num>
  <w:num w:numId="7" w16cid:durableId="371654884">
    <w:abstractNumId w:val="2"/>
  </w:num>
  <w:num w:numId="8" w16cid:durableId="1563059518">
    <w:abstractNumId w:val="1"/>
  </w:num>
  <w:num w:numId="9" w16cid:durableId="1474447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5AA8"/>
    <w:rsid w:val="0029639D"/>
    <w:rsid w:val="00326F90"/>
    <w:rsid w:val="00474BE5"/>
    <w:rsid w:val="00887F8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37721"/>
  <w14:defaultImageDpi w14:val="300"/>
  <w15:docId w15:val="{4B96A8C5-0AB4-BD4C-AA84-53B818F1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1283</Characters>
  <Application>Microsoft Office Word</Application>
  <DocSecurity>0</DocSecurity>
  <Lines>43</Lines>
  <Paragraphs>28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AAPPMA Pro</dc:creator>
  <cp:keywords/>
  <dc:description/>
  <cp:lastModifiedBy>Anthony Nicolazzi</cp:lastModifiedBy>
  <cp:revision>2</cp:revision>
  <dcterms:created xsi:type="dcterms:W3CDTF">2013-12-23T23:15:00Z</dcterms:created>
  <dcterms:modified xsi:type="dcterms:W3CDTF">2025-06-07T13:36:00Z</dcterms:modified>
  <cp:category/>
</cp:coreProperties>
</file>